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01FA" w14:textId="1AF5BEF9" w:rsidR="00055844" w:rsidRDefault="00055844" w:rsidP="00EC7656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04E32A" wp14:editId="5B9967E0">
            <wp:simplePos x="0" y="0"/>
            <wp:positionH relativeFrom="column">
              <wp:posOffset>4516364</wp:posOffset>
            </wp:positionH>
            <wp:positionV relativeFrom="paragraph">
              <wp:posOffset>-440</wp:posOffset>
            </wp:positionV>
            <wp:extent cx="972820" cy="972820"/>
            <wp:effectExtent l="0" t="0" r="0" b="0"/>
            <wp:wrapTight wrapText="bothSides">
              <wp:wrapPolygon edited="0">
                <wp:start x="0" y="0"/>
                <wp:lineTo x="0" y="21149"/>
                <wp:lineTo x="21149" y="21149"/>
                <wp:lineTo x="21149" y="0"/>
                <wp:lineTo x="0" y="0"/>
              </wp:wrapPolygon>
            </wp:wrapTight>
            <wp:docPr id="7559416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F9875" w14:textId="6530C4AB" w:rsidR="001D3342" w:rsidRPr="00B06C17" w:rsidRDefault="001D3342" w:rsidP="00EC7656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48623F">
        <w:rPr>
          <w:rFonts w:ascii="Times New Roman" w:hAnsi="Times New Roman" w:cs="Times New Roman"/>
          <w:b/>
          <w:sz w:val="22"/>
          <w:lang w:val="pl-PL"/>
        </w:rPr>
        <w:t xml:space="preserve">Wniosek o objęcie opieką świetlicową </w:t>
      </w:r>
    </w:p>
    <w:p w14:paraId="0EE587FA" w14:textId="5DAFA62A" w:rsidR="00AC3325" w:rsidRPr="0048623F" w:rsidRDefault="00851E30">
      <w:pPr>
        <w:jc w:val="center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b/>
          <w:sz w:val="22"/>
          <w:lang w:val="pl-PL"/>
        </w:rPr>
        <w:t xml:space="preserve">rok szkolny </w:t>
      </w:r>
      <w:r w:rsidR="00B06C17">
        <w:rPr>
          <w:rFonts w:ascii="Times New Roman" w:hAnsi="Times New Roman" w:cs="Times New Roman"/>
          <w:b/>
          <w:sz w:val="22"/>
          <w:lang w:val="pl-PL"/>
        </w:rPr>
        <w:t>………………..</w:t>
      </w:r>
    </w:p>
    <w:p w14:paraId="169E3513" w14:textId="77777777" w:rsidR="00AC3325" w:rsidRPr="0048623F" w:rsidRDefault="00851E30">
      <w:pPr>
        <w:jc w:val="center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i/>
          <w:sz w:val="17"/>
          <w:lang w:val="pl-PL"/>
        </w:rPr>
        <w:t>Stan prawny na 28 lipca 2026 r.</w:t>
      </w:r>
    </w:p>
    <w:p w14:paraId="4E66D6AB" w14:textId="63FC5E13" w:rsidR="00AC3325" w:rsidRPr="00B06C17" w:rsidRDefault="00B06C17" w:rsidP="00B06C17">
      <w:pPr>
        <w:jc w:val="center"/>
        <w:rPr>
          <w:rFonts w:ascii="Times New Roman" w:hAnsi="Times New Roman" w:cs="Times New Roman"/>
          <w:b/>
          <w:bCs/>
          <w:lang w:val="pl-PL"/>
        </w:rPr>
      </w:pPr>
      <w:r w:rsidRPr="00B06C17">
        <w:rPr>
          <w:rFonts w:ascii="Times New Roman" w:hAnsi="Times New Roman" w:cs="Times New Roman"/>
          <w:b/>
          <w:bCs/>
          <w:lang w:val="pl-PL"/>
        </w:rPr>
        <w:t xml:space="preserve">Szkoła Podstawowa im. Augustyna </w:t>
      </w:r>
      <w:proofErr w:type="spellStart"/>
      <w:r w:rsidRPr="00B06C17">
        <w:rPr>
          <w:rFonts w:ascii="Times New Roman" w:hAnsi="Times New Roman" w:cs="Times New Roman"/>
          <w:b/>
          <w:bCs/>
          <w:lang w:val="pl-PL"/>
        </w:rPr>
        <w:t>Necla</w:t>
      </w:r>
      <w:proofErr w:type="spellEnd"/>
      <w:r w:rsidRPr="00B06C17">
        <w:rPr>
          <w:rFonts w:ascii="Times New Roman" w:hAnsi="Times New Roman" w:cs="Times New Roman"/>
          <w:b/>
          <w:bCs/>
          <w:lang w:val="pl-PL"/>
        </w:rPr>
        <w:t xml:space="preserve"> w Mieroszynie</w:t>
      </w:r>
    </w:p>
    <w:p w14:paraId="5A4643DF" w14:textId="77777777" w:rsidR="00AC3325" w:rsidRPr="0048623F" w:rsidRDefault="00851E3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48623F">
        <w:rPr>
          <w:rFonts w:ascii="Times New Roman" w:hAnsi="Times New Roman" w:cs="Times New Roman"/>
          <w:color w:val="auto"/>
          <w:lang w:val="pl-PL"/>
        </w:rPr>
        <w:t>Podstawa prawna</w:t>
      </w:r>
    </w:p>
    <w:p w14:paraId="54A6B57A" w14:textId="77777777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 xml:space="preserve">ustawa z dnia 14 grudnia 2016 r. – Prawo oświatowe (tekst jedn.: Dz.U. z 2026 r. poz. 820, z </w:t>
      </w:r>
      <w:proofErr w:type="spellStart"/>
      <w:r w:rsidRPr="0048623F">
        <w:rPr>
          <w:rFonts w:ascii="Times New Roman" w:hAnsi="Times New Roman" w:cs="Times New Roman"/>
          <w:lang w:val="pl-PL"/>
        </w:rPr>
        <w:t>późn</w:t>
      </w:r>
      <w:proofErr w:type="spellEnd"/>
      <w:r w:rsidRPr="0048623F">
        <w:rPr>
          <w:rFonts w:ascii="Times New Roman" w:hAnsi="Times New Roman" w:cs="Times New Roman"/>
          <w:lang w:val="pl-PL"/>
        </w:rPr>
        <w:t>. zm.) – art. 105, art. 106 i art. 106a.</w:t>
      </w:r>
    </w:p>
    <w:p w14:paraId="1A8CDFA4" w14:textId="1AAE4A01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Statut szkoły, regulamin świetlicy</w:t>
      </w:r>
      <w:r w:rsidRPr="0048623F">
        <w:rPr>
          <w:rFonts w:ascii="Times New Roman" w:hAnsi="Times New Roman" w:cs="Times New Roman"/>
          <w:lang w:val="pl-PL"/>
        </w:rPr>
        <w:t xml:space="preserve"> ustalone przez dyrektora w porozumieniu z organem prowadzącym.</w:t>
      </w:r>
    </w:p>
    <w:p w14:paraId="296C53A5" w14:textId="77777777" w:rsidR="00AC3325" w:rsidRPr="0048623F" w:rsidRDefault="00851E3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48623F">
        <w:rPr>
          <w:rFonts w:ascii="Times New Roman" w:hAnsi="Times New Roman" w:cs="Times New Roman"/>
          <w:color w:val="auto"/>
          <w:lang w:val="pl-PL"/>
        </w:rPr>
        <w:t>Dane ucznia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39"/>
        <w:gridCol w:w="5159"/>
      </w:tblGrid>
      <w:tr w:rsidR="0048623F" w:rsidRPr="0048623F" w14:paraId="16D7B7D5" w14:textId="77777777" w:rsidTr="0048623F">
        <w:trPr>
          <w:cantSplit/>
          <w:tblHeader/>
          <w:jc w:val="center"/>
        </w:trPr>
        <w:tc>
          <w:tcPr>
            <w:tcW w:w="413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D1BC34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Pole</w:t>
            </w:r>
          </w:p>
        </w:tc>
        <w:tc>
          <w:tcPr>
            <w:tcW w:w="515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2DF9DE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Dane</w:t>
            </w:r>
          </w:p>
        </w:tc>
      </w:tr>
      <w:tr w:rsidR="0048623F" w:rsidRPr="0048623F" w14:paraId="5F37B788" w14:textId="77777777" w:rsidTr="0048623F">
        <w:trPr>
          <w:cantSplit/>
          <w:jc w:val="center"/>
        </w:trPr>
        <w:tc>
          <w:tcPr>
            <w:tcW w:w="413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B4155B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Imię i nazwisko / klasa</w:t>
            </w:r>
          </w:p>
        </w:tc>
        <w:tc>
          <w:tcPr>
            <w:tcW w:w="515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A43FFD" w14:textId="2DF32F0B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7F8FAAD7" w14:textId="77777777" w:rsidTr="0048623F">
        <w:trPr>
          <w:cantSplit/>
          <w:jc w:val="center"/>
        </w:trPr>
        <w:tc>
          <w:tcPr>
            <w:tcW w:w="413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88C873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Rodzic/opiekun / telefon</w:t>
            </w:r>
          </w:p>
        </w:tc>
        <w:tc>
          <w:tcPr>
            <w:tcW w:w="515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7EE122" w14:textId="130CE91E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06F2C3CD" w14:textId="77777777" w:rsidTr="0048623F">
        <w:trPr>
          <w:cantSplit/>
          <w:jc w:val="center"/>
        </w:trPr>
        <w:tc>
          <w:tcPr>
            <w:tcW w:w="413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9A03F9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Adres zamieszkania – tylko jeżeli jest niezbędny i nie znajduje się w dokumentacji szkoły</w:t>
            </w:r>
          </w:p>
        </w:tc>
        <w:tc>
          <w:tcPr>
            <w:tcW w:w="515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9749B0" w14:textId="536F7E3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2A4E414D" w14:textId="77777777" w:rsidR="00AC3325" w:rsidRPr="0048623F" w:rsidRDefault="00AC3325">
      <w:pPr>
        <w:spacing w:after="0"/>
        <w:rPr>
          <w:rFonts w:ascii="Times New Roman" w:hAnsi="Times New Roman" w:cs="Times New Roman"/>
          <w:lang w:val="pl-PL"/>
        </w:rPr>
      </w:pPr>
    </w:p>
    <w:p w14:paraId="172BF8CC" w14:textId="77777777" w:rsidR="00AC3325" w:rsidRPr="0048623F" w:rsidRDefault="00851E3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48623F">
        <w:rPr>
          <w:rFonts w:ascii="Times New Roman" w:hAnsi="Times New Roman" w:cs="Times New Roman"/>
          <w:color w:val="auto"/>
          <w:lang w:val="pl-PL"/>
        </w:rPr>
        <w:t>A. Wniosek o objęcie opieką świetlicową</w:t>
      </w:r>
    </w:p>
    <w:p w14:paraId="0CF46B13" w14:textId="77777777" w:rsidR="00AC3325" w:rsidRPr="0048623F" w:rsidRDefault="00851E30">
      <w:pPr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Wnoszę o objęcie ucznia opieką świetlicową z powodu:</w:t>
      </w:r>
    </w:p>
    <w:p w14:paraId="17BC7DE3" w14:textId="44DD9C0A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czasu pracy rodzica/rodziców lub opiekunów;</w:t>
      </w:r>
    </w:p>
    <w:p w14:paraId="7C5AA406" w14:textId="56B6B5B1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innych</w:t>
      </w:r>
      <w:r w:rsidRPr="0048623F">
        <w:rPr>
          <w:rFonts w:ascii="Times New Roman" w:hAnsi="Times New Roman" w:cs="Times New Roman"/>
          <w:lang w:val="pl-PL"/>
        </w:rPr>
        <w:t>: ...............................................................................................</w:t>
      </w:r>
      <w:r w:rsidR="000B637A">
        <w:rPr>
          <w:rFonts w:ascii="Times New Roman" w:hAnsi="Times New Roman" w:cs="Times New Roman"/>
          <w:lang w:val="pl-PL"/>
        </w:rPr>
        <w:t>...........................................................</w:t>
      </w:r>
      <w:r w:rsidRPr="0048623F">
        <w:rPr>
          <w:rFonts w:ascii="Times New Roman" w:hAnsi="Times New Roman" w:cs="Times New Roman"/>
          <w:lang w:val="pl-PL"/>
        </w:rPr>
        <w:t>. 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1"/>
        <w:gridCol w:w="1474"/>
        <w:gridCol w:w="1474"/>
        <w:gridCol w:w="4649"/>
      </w:tblGrid>
      <w:tr w:rsidR="0048623F" w:rsidRPr="0048623F" w14:paraId="1A741393" w14:textId="77777777" w:rsidTr="0048623F">
        <w:trPr>
          <w:cantSplit/>
          <w:tblHeader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537E94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Dzień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2BCC1B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Od godz.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420792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Do godz.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2924C2" w14:textId="77777777" w:rsidR="00AC3325" w:rsidRPr="0048623F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b/>
                <w:sz w:val="17"/>
                <w:lang w:val="pl-PL"/>
              </w:rPr>
              <w:t>Sposób opuszczenia świetlicy</w:t>
            </w:r>
          </w:p>
        </w:tc>
      </w:tr>
      <w:tr w:rsidR="0048623F" w:rsidRPr="0048623F" w14:paraId="5E3FBABA" w14:textId="77777777" w:rsidTr="0048623F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1FB3DC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Poniedziałek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43E75F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100971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471D66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5A48037C" w14:textId="77777777" w:rsidTr="0048623F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EB6842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Wtorek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0B7B06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7B8738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FF5AB8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099A01FB" w14:textId="77777777" w:rsidTr="0048623F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BA8032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Środa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D4B0F7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95D36A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DC61A1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02BA1226" w14:textId="77777777" w:rsidTr="0048623F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4ABF44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Czwartek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987FAC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66DFF2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AA2780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8623F" w:rsidRPr="0048623F" w14:paraId="130E956E" w14:textId="77777777" w:rsidTr="0048623F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56FB92" w14:textId="77777777" w:rsidR="00AC3325" w:rsidRPr="0048623F" w:rsidRDefault="00851E30">
            <w:pPr>
              <w:rPr>
                <w:rFonts w:ascii="Times New Roman" w:hAnsi="Times New Roman" w:cs="Times New Roman"/>
                <w:lang w:val="pl-PL"/>
              </w:rPr>
            </w:pPr>
            <w:r w:rsidRPr="0048623F">
              <w:rPr>
                <w:rFonts w:ascii="Times New Roman" w:hAnsi="Times New Roman" w:cs="Times New Roman"/>
                <w:sz w:val="17"/>
                <w:lang w:val="pl-PL"/>
              </w:rPr>
              <w:t>Piątek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FDD9A0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92817B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7E018F" w14:textId="77777777" w:rsidR="00AC3325" w:rsidRPr="0048623F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1876591" w14:textId="77777777" w:rsidR="00AC3325" w:rsidRPr="0048623F" w:rsidRDefault="00AC3325">
      <w:pPr>
        <w:spacing w:after="0"/>
        <w:rPr>
          <w:rFonts w:ascii="Times New Roman" w:hAnsi="Times New Roman" w:cs="Times New Roman"/>
          <w:lang w:val="pl-PL"/>
        </w:rPr>
      </w:pPr>
    </w:p>
    <w:p w14:paraId="325045E4" w14:textId="6AF958E4" w:rsidR="00AC3325" w:rsidRPr="0048623F" w:rsidRDefault="007D3C39">
      <w:pPr>
        <w:pStyle w:val="LegalNote"/>
        <w:rPr>
          <w:rFonts w:ascii="Times New Roman" w:hAnsi="Times New Roman" w:cs="Times New Roman"/>
          <w:color w:val="auto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>Zgody</w:t>
      </w:r>
      <w:r w:rsidR="00851E30" w:rsidRPr="0048623F">
        <w:rPr>
          <w:rFonts w:ascii="Times New Roman" w:hAnsi="Times New Roman" w:cs="Times New Roman"/>
          <w:color w:val="auto"/>
          <w:lang w:val="pl-PL"/>
        </w:rPr>
        <w:t xml:space="preserve"> na samodzielne wyjście składa się na odrębnym formularzu. Przyjęcie do świetlicy odbywa się na zasadach określonych w statucie i regulaminie, z uwzględnieniem rzeczywistych potrzeb rodziców oraz możliwości organizacyjnych szkoły.</w:t>
      </w:r>
    </w:p>
    <w:p w14:paraId="0320D2FD" w14:textId="319204A3" w:rsidR="00AC3325" w:rsidRPr="0048623F" w:rsidRDefault="00851E3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48623F">
        <w:rPr>
          <w:rFonts w:ascii="Times New Roman" w:hAnsi="Times New Roman" w:cs="Times New Roman"/>
          <w:color w:val="auto"/>
          <w:lang w:val="pl-PL"/>
        </w:rPr>
        <w:t xml:space="preserve">B. </w:t>
      </w:r>
      <w:r w:rsidRPr="0048623F">
        <w:rPr>
          <w:rFonts w:ascii="Times New Roman" w:hAnsi="Times New Roman" w:cs="Times New Roman"/>
          <w:color w:val="auto"/>
          <w:lang w:val="pl-PL"/>
        </w:rPr>
        <w:t xml:space="preserve"> Informacje organizacyjne</w:t>
      </w:r>
    </w:p>
    <w:p w14:paraId="1D4ADDB9" w14:textId="3E963E90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Szkoła przetwarza dane w zakresie niezbędnym do realizacji zadań opiekuńczych</w:t>
      </w:r>
      <w:r w:rsidRPr="0048623F">
        <w:rPr>
          <w:rFonts w:ascii="Times New Roman" w:hAnsi="Times New Roman" w:cs="Times New Roman"/>
          <w:lang w:val="pl-PL"/>
        </w:rPr>
        <w:t xml:space="preserve"> oraz przekazuje klauzulę informacyjną.</w:t>
      </w:r>
    </w:p>
    <w:p w14:paraId="5C28C352" w14:textId="77777777" w:rsidR="00AC3325" w:rsidRPr="0048623F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>Rodzic nie jest zobowiązany do podpisywania zgody RODO, gdy podstawą przetwarzania jest przepis prawa lub zadanie publiczne.</w:t>
      </w:r>
    </w:p>
    <w:p w14:paraId="22DA0BB7" w14:textId="77777777" w:rsidR="00AC3325" w:rsidRPr="00BF03AA" w:rsidRDefault="00851E30">
      <w:pPr>
        <w:pStyle w:val="Listapunktowana"/>
        <w:rPr>
          <w:rFonts w:ascii="Times New Roman" w:hAnsi="Times New Roman" w:cs="Times New Roman"/>
          <w:lang w:val="pl-PL"/>
        </w:rPr>
      </w:pPr>
      <w:r w:rsidRPr="0048623F">
        <w:rPr>
          <w:rFonts w:ascii="Times New Roman" w:hAnsi="Times New Roman" w:cs="Times New Roman"/>
          <w:lang w:val="pl-PL"/>
        </w:rPr>
        <w:t xml:space="preserve">Zmiany </w:t>
      </w:r>
      <w:r w:rsidRPr="00BF03AA">
        <w:rPr>
          <w:rFonts w:ascii="Times New Roman" w:hAnsi="Times New Roman" w:cs="Times New Roman"/>
          <w:lang w:val="pl-PL"/>
        </w:rPr>
        <w:t>danych i harmonogramu należy zgłaszać niezwłocznie w sposób określony przez szkołę.</w:t>
      </w:r>
    </w:p>
    <w:p w14:paraId="65C4C0E8" w14:textId="77777777" w:rsidR="00510B83" w:rsidRPr="00BF03AA" w:rsidRDefault="00510B83" w:rsidP="00D155AC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9"/>
        <w:gridCol w:w="5329"/>
      </w:tblGrid>
      <w:tr w:rsidR="0048623F" w:rsidRPr="00BF03AA" w14:paraId="5EE756F9" w14:textId="77777777" w:rsidTr="0048623F">
        <w:trPr>
          <w:cantSplit/>
          <w:tblHeader/>
          <w:jc w:val="center"/>
        </w:trPr>
        <w:tc>
          <w:tcPr>
            <w:tcW w:w="396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0026AD" w14:textId="77777777" w:rsidR="00AC3325" w:rsidRPr="00BF03AA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BF03AA">
              <w:rPr>
                <w:rFonts w:ascii="Times New Roman" w:hAnsi="Times New Roman" w:cs="Times New Roman"/>
                <w:b/>
                <w:sz w:val="18"/>
                <w:lang w:val="pl-PL"/>
              </w:rPr>
              <w:t>Miejscowość, data</w:t>
            </w:r>
          </w:p>
        </w:tc>
        <w:tc>
          <w:tcPr>
            <w:tcW w:w="532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D8815A" w14:textId="77777777" w:rsidR="00AC3325" w:rsidRPr="00BF03AA" w:rsidRDefault="00851E3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BF03AA">
              <w:rPr>
                <w:rFonts w:ascii="Times New Roman" w:hAnsi="Times New Roman" w:cs="Times New Roman"/>
                <w:b/>
                <w:sz w:val="18"/>
                <w:lang w:val="pl-PL"/>
              </w:rPr>
              <w:t>Podpis rodzica/opiekuna</w:t>
            </w:r>
          </w:p>
        </w:tc>
      </w:tr>
      <w:tr w:rsidR="0048623F" w:rsidRPr="00BF03AA" w14:paraId="4EDF7555" w14:textId="77777777" w:rsidTr="0048623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008345" w14:textId="7749F498" w:rsidR="00AC3325" w:rsidRPr="00BF03AA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2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B8CEB9" w14:textId="14E37FAC" w:rsidR="00AC3325" w:rsidRPr="00BF03AA" w:rsidRDefault="00AC3325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7776CCA3" w14:textId="77777777" w:rsidR="00510B83" w:rsidRPr="00BF03AA" w:rsidRDefault="00510B83" w:rsidP="00C531C5">
      <w:pPr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7A0C3D4" w14:textId="77777777" w:rsidR="00510B83" w:rsidRPr="00BF03AA" w:rsidRDefault="00510B83" w:rsidP="00C531C5">
      <w:pPr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E4C2B8D" w14:textId="23957470" w:rsidR="00C531C5" w:rsidRPr="00BF03AA" w:rsidRDefault="00C531C5" w:rsidP="00C531C5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F03AA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>C</w:t>
      </w:r>
      <w:r w:rsidR="00D13615" w:rsidRPr="00BF03AA">
        <w:rPr>
          <w:rFonts w:ascii="Times New Roman" w:hAnsi="Times New Roman" w:cs="Times New Roman"/>
          <w:b/>
          <w:sz w:val="24"/>
          <w:szCs w:val="24"/>
          <w:lang w:val="pl-PL"/>
        </w:rPr>
        <w:t xml:space="preserve">. </w:t>
      </w:r>
      <w:r w:rsidRPr="00BF03AA">
        <w:rPr>
          <w:rFonts w:ascii="Times New Roman" w:hAnsi="Times New Roman" w:cs="Times New Roman"/>
          <w:b/>
          <w:sz w:val="24"/>
          <w:szCs w:val="24"/>
          <w:lang w:val="pl-PL"/>
        </w:rPr>
        <w:t>DEKLARACJA RODZICÓW/PRAWNYCH OPIEKUNÓW DZIECKA  DOTYCZĄCA UPOWAŻNIEŃ DO ODBIORU DZIECKA ZE ŚWIETLICY SZKOLNEJ</w:t>
      </w:r>
    </w:p>
    <w:p w14:paraId="5B2F968A" w14:textId="77777777" w:rsidR="00C531C5" w:rsidRPr="00BF03AA" w:rsidRDefault="00C531C5" w:rsidP="00C531C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F03AA">
        <w:rPr>
          <w:rFonts w:ascii="Times New Roman" w:hAnsi="Times New Roman" w:cs="Times New Roman"/>
          <w:sz w:val="24"/>
          <w:szCs w:val="24"/>
          <w:lang w:val="pl-PL"/>
        </w:rPr>
        <w:t xml:space="preserve">Upoważniamy niżej wymienione osoby do odbioru naszego dziecka ze świetlicy szkolnej: </w:t>
      </w:r>
    </w:p>
    <w:tbl>
      <w:tblPr>
        <w:tblStyle w:val="TableGrid"/>
        <w:tblW w:w="9640" w:type="dxa"/>
        <w:tblInd w:w="-145" w:type="dxa"/>
        <w:tblCellMar>
          <w:top w:w="22" w:type="dxa"/>
          <w:left w:w="101" w:type="dxa"/>
          <w:bottom w:w="29" w:type="dxa"/>
          <w:right w:w="141" w:type="dxa"/>
        </w:tblCellMar>
        <w:tblLook w:val="04A0" w:firstRow="1" w:lastRow="0" w:firstColumn="1" w:lastColumn="0" w:noHBand="0" w:noVBand="1"/>
      </w:tblPr>
      <w:tblGrid>
        <w:gridCol w:w="436"/>
        <w:gridCol w:w="4951"/>
        <w:gridCol w:w="4253"/>
      </w:tblGrid>
      <w:tr w:rsidR="00D13615" w:rsidRPr="00BF03AA" w14:paraId="4BA5FB6B" w14:textId="77777777" w:rsidTr="00D13615">
        <w:trPr>
          <w:trHeight w:val="525"/>
        </w:trPr>
        <w:tc>
          <w:tcPr>
            <w:tcW w:w="5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F0F90" w14:textId="77777777" w:rsidR="00D13615" w:rsidRPr="00BF03AA" w:rsidRDefault="00D13615" w:rsidP="008D4240">
            <w:pPr>
              <w:ind w:left="43"/>
              <w:jc w:val="center"/>
              <w:rPr>
                <w:rFonts w:ascii="Times New Roman" w:eastAsia="Times New Roman" w:hAnsi="Times New Roman" w:cs="Times New Roman"/>
              </w:rPr>
            </w:pPr>
            <w:r w:rsidRPr="00BF03AA">
              <w:rPr>
                <w:rFonts w:ascii="Times New Roman" w:eastAsia="Times New Roman" w:hAnsi="Times New Roman" w:cs="Times New Roman"/>
                <w:sz w:val="24"/>
              </w:rPr>
              <w:t>Imię i nazwisko osoby upoważnionej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50461" w14:textId="77777777" w:rsidR="00D13615" w:rsidRPr="00BF03AA" w:rsidRDefault="00D13615" w:rsidP="008D4240">
            <w:pPr>
              <w:ind w:left="40"/>
              <w:jc w:val="center"/>
              <w:rPr>
                <w:rFonts w:ascii="Times New Roman" w:eastAsia="Times New Roman" w:hAnsi="Times New Roman" w:cs="Times New Roman"/>
              </w:rPr>
            </w:pPr>
            <w:r w:rsidRPr="00BF03AA">
              <w:rPr>
                <w:rFonts w:ascii="Times New Roman" w:hAnsi="Times New Roman" w:cs="Times New Roman"/>
                <w:sz w:val="24"/>
                <w:szCs w:val="24"/>
              </w:rPr>
              <w:t>Podpis osoby upoważnionej</w:t>
            </w:r>
          </w:p>
        </w:tc>
      </w:tr>
      <w:tr w:rsidR="00D13615" w:rsidRPr="00BF03AA" w14:paraId="1D2E6404" w14:textId="77777777" w:rsidTr="00D13615">
        <w:trPr>
          <w:trHeight w:val="429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9AB0D37" w14:textId="77777777" w:rsidR="00D13615" w:rsidRPr="00BF03AA" w:rsidRDefault="00D13615" w:rsidP="008D4240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BF03AA">
              <w:rPr>
                <w:rFonts w:ascii="Times New Roman" w:eastAsia="Times New Roman" w:hAnsi="Times New Roman" w:cs="Times New Roman"/>
                <w:sz w:val="24"/>
                <w:szCs w:val="32"/>
              </w:rPr>
              <w:t>1.</w:t>
            </w:r>
          </w:p>
        </w:tc>
        <w:tc>
          <w:tcPr>
            <w:tcW w:w="4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6CC8C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F810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13615" w:rsidRPr="00BF03AA" w14:paraId="0E0CDE2D" w14:textId="77777777" w:rsidTr="00D13615">
        <w:trPr>
          <w:trHeight w:val="427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7BFBE01" w14:textId="77777777" w:rsidR="00D13615" w:rsidRPr="00BF03AA" w:rsidRDefault="00D13615" w:rsidP="008D4240">
            <w:pPr>
              <w:ind w:left="14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BF03AA">
              <w:rPr>
                <w:rFonts w:ascii="Times New Roman" w:eastAsia="Times New Roman" w:hAnsi="Times New Roman" w:cs="Times New Roman"/>
                <w:sz w:val="24"/>
                <w:szCs w:val="32"/>
              </w:rPr>
              <w:t>2.</w:t>
            </w:r>
          </w:p>
        </w:tc>
        <w:tc>
          <w:tcPr>
            <w:tcW w:w="4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8E9F5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8DEEC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13615" w:rsidRPr="00BF03AA" w14:paraId="0219215A" w14:textId="77777777" w:rsidTr="00D13615">
        <w:trPr>
          <w:trHeight w:val="427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EB4210B" w14:textId="77777777" w:rsidR="00D13615" w:rsidRPr="00BF03AA" w:rsidRDefault="00D13615" w:rsidP="008D4240">
            <w:pPr>
              <w:ind w:left="14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BF03AA">
              <w:rPr>
                <w:rFonts w:ascii="Times New Roman" w:eastAsia="Times New Roman" w:hAnsi="Times New Roman" w:cs="Times New Roman"/>
                <w:sz w:val="24"/>
                <w:szCs w:val="32"/>
              </w:rPr>
              <w:t>3.</w:t>
            </w:r>
          </w:p>
        </w:tc>
        <w:tc>
          <w:tcPr>
            <w:tcW w:w="4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45B6A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213A9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13615" w:rsidRPr="00BF03AA" w14:paraId="7290799C" w14:textId="77777777" w:rsidTr="00D13615">
        <w:trPr>
          <w:trHeight w:val="427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211CD7" w14:textId="77777777" w:rsidR="00D13615" w:rsidRPr="00BF03AA" w:rsidRDefault="00D13615" w:rsidP="008D4240">
            <w:pPr>
              <w:ind w:left="14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BF03AA">
              <w:rPr>
                <w:rFonts w:ascii="Times New Roman" w:eastAsia="Times New Roman" w:hAnsi="Times New Roman" w:cs="Times New Roman"/>
                <w:sz w:val="24"/>
                <w:szCs w:val="32"/>
              </w:rPr>
              <w:t>4.</w:t>
            </w:r>
          </w:p>
        </w:tc>
        <w:tc>
          <w:tcPr>
            <w:tcW w:w="4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C1EDA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7A98E" w14:textId="77777777" w:rsidR="00D13615" w:rsidRPr="00BF03AA" w:rsidRDefault="00D13615" w:rsidP="00D155A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D6D63A" w14:textId="565E9F19" w:rsidR="00C531C5" w:rsidRPr="00BF03AA" w:rsidRDefault="00C531C5" w:rsidP="00D1361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bookmarkStart w:id="0" w:name="_Hlk121485099"/>
      <w:r w:rsidRPr="00BF03AA">
        <w:rPr>
          <w:rFonts w:ascii="Times New Roman" w:hAnsi="Times New Roman" w:cs="Times New Roman"/>
          <w:sz w:val="20"/>
          <w:szCs w:val="20"/>
          <w:lang w:val="pl-PL"/>
        </w:rPr>
        <w:t xml:space="preserve">                   </w:t>
      </w:r>
      <w:r w:rsidRPr="00BF03AA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BF03AA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BF03AA">
        <w:rPr>
          <w:rFonts w:ascii="Times New Roman" w:hAnsi="Times New Roman" w:cs="Times New Roman"/>
          <w:sz w:val="20"/>
          <w:szCs w:val="20"/>
          <w:lang w:val="pl-PL"/>
        </w:rPr>
        <w:tab/>
        <w:t>……….............................................</w:t>
      </w:r>
    </w:p>
    <w:p w14:paraId="45E21583" w14:textId="5F32D6EC" w:rsidR="00D155AC" w:rsidRPr="00BF03AA" w:rsidRDefault="00C531C5" w:rsidP="00D155AC">
      <w:pPr>
        <w:spacing w:line="276" w:lineRule="auto"/>
        <w:jc w:val="right"/>
        <w:rPr>
          <w:rFonts w:ascii="Times New Roman" w:hAnsi="Times New Roman" w:cs="Times New Roman"/>
          <w:sz w:val="16"/>
          <w:szCs w:val="16"/>
          <w:lang w:val="pl-PL"/>
        </w:rPr>
      </w:pPr>
      <w:r w:rsidRPr="00BF03AA">
        <w:rPr>
          <w:rFonts w:ascii="Times New Roman" w:hAnsi="Times New Roman" w:cs="Times New Roman"/>
          <w:sz w:val="18"/>
          <w:szCs w:val="18"/>
          <w:lang w:val="pl-PL"/>
        </w:rPr>
        <w:t xml:space="preserve">Data i podpis </w:t>
      </w:r>
      <w:r w:rsidR="00D13615" w:rsidRPr="00BF03AA">
        <w:rPr>
          <w:rFonts w:ascii="Times New Roman" w:hAnsi="Times New Roman" w:cs="Times New Roman"/>
          <w:sz w:val="18"/>
          <w:szCs w:val="18"/>
          <w:lang w:val="pl-PL"/>
        </w:rPr>
        <w:t>rodzica</w:t>
      </w:r>
      <w:r w:rsidRPr="00BF03AA">
        <w:rPr>
          <w:rFonts w:ascii="Times New Roman" w:hAnsi="Times New Roman" w:cs="Times New Roman"/>
          <w:sz w:val="18"/>
          <w:szCs w:val="18"/>
          <w:lang w:val="pl-PL"/>
        </w:rPr>
        <w:t xml:space="preserve">/opiekuna prawnego                       </w:t>
      </w:r>
      <w:bookmarkEnd w:id="0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D155AC" w:rsidRPr="00BF03AA" w14:paraId="09BE0A40" w14:textId="77777777" w:rsidTr="008D4240">
        <w:trPr>
          <w:jc w:val="center"/>
        </w:trPr>
        <w:tc>
          <w:tcPr>
            <w:tcW w:w="1022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601670" w14:textId="77777777" w:rsidR="00D155AC" w:rsidRPr="00BF03AA" w:rsidRDefault="00D155AC" w:rsidP="00D155AC">
            <w:pPr>
              <w:spacing w:after="4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b/>
                <w:sz w:val="19"/>
                <w:lang w:val="pl-PL"/>
              </w:rPr>
              <w:t>OŚWIADCZENIE O ZATRUDNIENIU MATKI / OPIEKUNKI PRAWNEJ DZIECKA</w:t>
            </w:r>
          </w:p>
          <w:p w14:paraId="3A4983FB" w14:textId="77777777" w:rsidR="00D155AC" w:rsidRPr="00BF03AA" w:rsidRDefault="00D155AC" w:rsidP="00D155AC">
            <w:pPr>
              <w:spacing w:after="12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i/>
                <w:sz w:val="15"/>
                <w:lang w:val="pl-PL"/>
              </w:rPr>
              <w:t>(do wypełnienia przy składaniu wniosku)</w:t>
            </w:r>
          </w:p>
          <w:p w14:paraId="3158FDFD" w14:textId="77777777" w:rsidR="00D155AC" w:rsidRPr="00BF03AA" w:rsidRDefault="00D155AC" w:rsidP="00D155AC">
            <w:pPr>
              <w:spacing w:line="276" w:lineRule="auto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sz w:val="17"/>
                <w:lang w:val="pl-PL"/>
              </w:rPr>
              <w:t>Oświadczam, że jestem osobą pracującą (będącą w stosunku pracy / prowadzącą działalność gospodarczą lub rolniczą*).</w:t>
            </w:r>
          </w:p>
          <w:p w14:paraId="3E14A987" w14:textId="77777777" w:rsidR="00D155AC" w:rsidRPr="00BF03AA" w:rsidRDefault="00D155AC" w:rsidP="00D155AC">
            <w:pPr>
              <w:spacing w:after="240" w:line="276" w:lineRule="auto"/>
              <w:rPr>
                <w:rFonts w:ascii="Arial" w:hAnsi="Arial"/>
                <w:i/>
                <w:sz w:val="15"/>
              </w:rPr>
            </w:pPr>
            <w:r w:rsidRPr="00BF03AA">
              <w:rPr>
                <w:rFonts w:ascii="Arial" w:hAnsi="Arial"/>
                <w:i/>
                <w:sz w:val="15"/>
              </w:rPr>
              <w:t xml:space="preserve">* </w:t>
            </w:r>
            <w:proofErr w:type="spellStart"/>
            <w:r w:rsidRPr="00BF03AA">
              <w:rPr>
                <w:rFonts w:ascii="Arial" w:hAnsi="Arial"/>
                <w:i/>
                <w:sz w:val="15"/>
              </w:rPr>
              <w:t>niewłaściwe</w:t>
            </w:r>
            <w:proofErr w:type="spellEnd"/>
            <w:r w:rsidRPr="00BF03AA">
              <w:rPr>
                <w:rFonts w:ascii="Arial" w:hAnsi="Arial"/>
                <w:i/>
                <w:sz w:val="15"/>
              </w:rPr>
              <w:t xml:space="preserve"> </w:t>
            </w:r>
            <w:proofErr w:type="spellStart"/>
            <w:r w:rsidRPr="00BF03AA">
              <w:rPr>
                <w:rFonts w:ascii="Arial" w:hAnsi="Arial"/>
                <w:i/>
                <w:sz w:val="15"/>
              </w:rPr>
              <w:t>skreślić</w:t>
            </w:r>
            <w:proofErr w:type="spellEnd"/>
          </w:p>
          <w:p w14:paraId="39B878FC" w14:textId="77777777" w:rsidR="00D155AC" w:rsidRPr="00BF03AA" w:rsidRDefault="00D155AC" w:rsidP="00D155AC">
            <w:pPr>
              <w:spacing w:after="240" w:line="276" w:lineRule="auto"/>
              <w:rPr>
                <w:rFonts w:asciiTheme="minorHAnsi" w:hAnsiTheme="minorHAnsi"/>
                <w:iCs/>
                <w:sz w:val="22"/>
              </w:rPr>
            </w:pPr>
            <w:proofErr w:type="spellStart"/>
            <w:r w:rsidRPr="00BF03AA">
              <w:rPr>
                <w:rFonts w:ascii="Arial" w:hAnsi="Arial"/>
                <w:iCs/>
                <w:sz w:val="22"/>
              </w:rPr>
              <w:t>Godziny</w:t>
            </w:r>
            <w:proofErr w:type="spellEnd"/>
            <w:r w:rsidRPr="00BF03AA">
              <w:rPr>
                <w:rFonts w:ascii="Arial" w:hAnsi="Arial"/>
                <w:iCs/>
                <w:sz w:val="22"/>
              </w:rPr>
              <w:t xml:space="preserve"> </w:t>
            </w:r>
            <w:proofErr w:type="spellStart"/>
            <w:r w:rsidRPr="00BF03AA">
              <w:rPr>
                <w:rFonts w:ascii="Arial" w:hAnsi="Arial"/>
                <w:iCs/>
                <w:sz w:val="22"/>
              </w:rPr>
              <w:t>pracy</w:t>
            </w:r>
            <w:proofErr w:type="spellEnd"/>
            <w:r w:rsidRPr="00BF03AA">
              <w:rPr>
                <w:rFonts w:ascii="Arial" w:hAnsi="Arial"/>
                <w:iCs/>
                <w:sz w:val="22"/>
              </w:rPr>
              <w:t xml:space="preserve"> ………………………………………………………………………………………………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D155AC" w:rsidRPr="00BF03AA" w14:paraId="7BB26AA7" w14:textId="77777777" w:rsidTr="008D4240">
              <w:trPr>
                <w:jc w:val="center"/>
              </w:trPr>
              <w:tc>
                <w:tcPr>
                  <w:tcW w:w="4608" w:type="dxa"/>
                </w:tcPr>
                <w:p w14:paraId="75062653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Miejscowość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>, data</w:t>
                  </w:r>
                </w:p>
              </w:tc>
              <w:tc>
                <w:tcPr>
                  <w:tcW w:w="4608" w:type="dxa"/>
                </w:tcPr>
                <w:p w14:paraId="07F922A3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Podpis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matki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/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opiekunki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prawnej</w:t>
                  </w:r>
                  <w:proofErr w:type="spellEnd"/>
                </w:p>
              </w:tc>
            </w:tr>
          </w:tbl>
          <w:p w14:paraId="06B285A7" w14:textId="77777777" w:rsidR="00D155AC" w:rsidRPr="00BF03AA" w:rsidRDefault="00D155AC" w:rsidP="00D155AC">
            <w:pPr>
              <w:spacing w:after="20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5A9BDDAA" w14:textId="77777777" w:rsidR="00D155AC" w:rsidRPr="00BF03AA" w:rsidRDefault="00D155AC" w:rsidP="00D155AC">
      <w:pPr>
        <w:spacing w:after="120" w:line="276" w:lineRule="auto"/>
        <w:rPr>
          <w:rFonts w:asciiTheme="minorHAnsi" w:hAnsiTheme="minorHAnsi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D155AC" w:rsidRPr="00BF03AA" w14:paraId="7AB9CFEF" w14:textId="77777777" w:rsidTr="008D4240">
        <w:trPr>
          <w:jc w:val="center"/>
        </w:trPr>
        <w:tc>
          <w:tcPr>
            <w:tcW w:w="1022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93A73D" w14:textId="77777777" w:rsidR="00D155AC" w:rsidRPr="00BF03AA" w:rsidRDefault="00D155AC" w:rsidP="00D155AC">
            <w:pPr>
              <w:spacing w:after="4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b/>
                <w:sz w:val="19"/>
                <w:lang w:val="pl-PL"/>
              </w:rPr>
              <w:t>OŚWIADCZENIE O ZATRUDNIENIU OJCA / OPIEKUNA PRAWNEGO DZIECKA</w:t>
            </w:r>
          </w:p>
          <w:p w14:paraId="438398E4" w14:textId="77777777" w:rsidR="00D155AC" w:rsidRPr="00BF03AA" w:rsidRDefault="00D155AC" w:rsidP="00D155AC">
            <w:pPr>
              <w:spacing w:after="12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i/>
                <w:sz w:val="15"/>
                <w:lang w:val="pl-PL"/>
              </w:rPr>
              <w:t>(do wypełnienia przy składaniu wniosku)</w:t>
            </w:r>
          </w:p>
          <w:p w14:paraId="2A8D327B" w14:textId="77777777" w:rsidR="00D155AC" w:rsidRPr="00BF03AA" w:rsidRDefault="00D155AC" w:rsidP="00D155AC">
            <w:pPr>
              <w:spacing w:line="276" w:lineRule="auto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sz w:val="17"/>
                <w:lang w:val="pl-PL"/>
              </w:rPr>
              <w:t>Oświadczam, że jestem osobą pracującą (będącą w stosunku pracy / prowadzącą działalność gospodarczą lub rolniczą*).</w:t>
            </w:r>
          </w:p>
          <w:p w14:paraId="05D64F63" w14:textId="77777777" w:rsidR="00D155AC" w:rsidRPr="00BF03AA" w:rsidRDefault="00D155AC" w:rsidP="00D155AC">
            <w:pPr>
              <w:spacing w:after="240" w:line="276" w:lineRule="auto"/>
              <w:rPr>
                <w:rFonts w:asciiTheme="minorHAnsi" w:hAnsiTheme="minorHAnsi"/>
                <w:sz w:val="22"/>
              </w:rPr>
            </w:pPr>
            <w:r w:rsidRPr="00BF03AA">
              <w:rPr>
                <w:rFonts w:ascii="Arial" w:hAnsi="Arial"/>
                <w:i/>
                <w:sz w:val="15"/>
              </w:rPr>
              <w:t>* niewłaściwe skreślić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D155AC" w:rsidRPr="00BF03AA" w14:paraId="1E79391F" w14:textId="77777777" w:rsidTr="008D4240">
              <w:trPr>
                <w:jc w:val="center"/>
              </w:trPr>
              <w:tc>
                <w:tcPr>
                  <w:tcW w:w="4608" w:type="dxa"/>
                </w:tcPr>
                <w:p w14:paraId="09B02D02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Miejscowość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>, data</w:t>
                  </w:r>
                </w:p>
              </w:tc>
              <w:tc>
                <w:tcPr>
                  <w:tcW w:w="4608" w:type="dxa"/>
                </w:tcPr>
                <w:p w14:paraId="46BB675D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Podpis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ojca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/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opiekuna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prawnego</w:t>
                  </w:r>
                  <w:proofErr w:type="spellEnd"/>
                </w:p>
              </w:tc>
            </w:tr>
          </w:tbl>
          <w:p w14:paraId="2B91280A" w14:textId="77777777" w:rsidR="00D155AC" w:rsidRPr="00BF03AA" w:rsidRDefault="00D155AC" w:rsidP="00D155AC">
            <w:pPr>
              <w:spacing w:after="20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456B0EE4" w14:textId="77777777" w:rsidR="00D155AC" w:rsidRPr="00BF03AA" w:rsidRDefault="00D155AC" w:rsidP="00D155AC">
      <w:pPr>
        <w:spacing w:after="120" w:line="276" w:lineRule="auto"/>
        <w:rPr>
          <w:rFonts w:asciiTheme="minorHAnsi" w:hAnsiTheme="minorHAnsi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D155AC" w:rsidRPr="00BF03AA" w14:paraId="763587EF" w14:textId="77777777" w:rsidTr="008D4240">
        <w:trPr>
          <w:jc w:val="center"/>
        </w:trPr>
        <w:tc>
          <w:tcPr>
            <w:tcW w:w="1022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271F77" w14:textId="77777777" w:rsidR="00D155AC" w:rsidRPr="00BF03AA" w:rsidRDefault="00D155AC" w:rsidP="00D155AC">
            <w:pPr>
              <w:spacing w:after="4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b/>
                <w:sz w:val="19"/>
                <w:lang w:val="pl-PL"/>
              </w:rPr>
              <w:t>OŚWIADCZENIE O SAMOTNYM WYCHOWYWANIU DZIECKA</w:t>
            </w:r>
          </w:p>
          <w:p w14:paraId="72EEDB83" w14:textId="77777777" w:rsidR="00D155AC" w:rsidRPr="00BF03AA" w:rsidRDefault="00D155AC" w:rsidP="00D155AC">
            <w:pPr>
              <w:spacing w:after="120" w:line="276" w:lineRule="auto"/>
              <w:jc w:val="center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i/>
                <w:sz w:val="15"/>
                <w:lang w:val="pl-PL"/>
              </w:rPr>
              <w:t>(do wypełnienia przy składaniu wniosku)</w:t>
            </w:r>
          </w:p>
          <w:p w14:paraId="50683523" w14:textId="77777777" w:rsidR="00D155AC" w:rsidRPr="00BF03AA" w:rsidRDefault="00D155AC" w:rsidP="00D155AC">
            <w:pPr>
              <w:spacing w:line="276" w:lineRule="auto"/>
              <w:rPr>
                <w:rFonts w:asciiTheme="minorHAnsi" w:hAnsiTheme="minorHAnsi"/>
                <w:sz w:val="22"/>
                <w:lang w:val="pl-PL"/>
              </w:rPr>
            </w:pPr>
            <w:r w:rsidRPr="00BF03AA">
              <w:rPr>
                <w:rFonts w:ascii="Arial" w:hAnsi="Arial"/>
                <w:sz w:val="17"/>
                <w:lang w:val="pl-PL"/>
              </w:rPr>
              <w:t>Oświadczam, że samotnie wychowuję dziecko, o którego przyjęcie do świetlicy wnioskuję.</w:t>
            </w:r>
            <w:r w:rsidRPr="00BF03AA">
              <w:rPr>
                <w:rFonts w:ascii="Arial" w:hAnsi="Arial"/>
                <w:sz w:val="17"/>
                <w:lang w:val="pl-PL"/>
              </w:rPr>
              <w:br/>
              <w:t>Dotyczy wychowywania dziecka przez: pannę, kawalera, wdowę, wdowca, osobę pozostającą w separacji orzeczonej prawomocnym wyrokiem sądu, osobę rozwiedzioną (chyba że osoba taka wychowuje wspólnie co najmniej jedno dziecko z jego rodzicem / opiekunem prawnym).</w:t>
            </w:r>
          </w:p>
          <w:p w14:paraId="48CB65FE" w14:textId="77777777" w:rsidR="00D155AC" w:rsidRPr="00BF03AA" w:rsidRDefault="00D155AC" w:rsidP="00D155AC">
            <w:pPr>
              <w:spacing w:after="240" w:line="276" w:lineRule="auto"/>
              <w:rPr>
                <w:rFonts w:asciiTheme="minorHAnsi" w:hAnsiTheme="minorHAnsi"/>
                <w:sz w:val="22"/>
              </w:rPr>
            </w:pPr>
            <w:r w:rsidRPr="00BF03AA">
              <w:rPr>
                <w:rFonts w:ascii="Arial" w:hAnsi="Arial"/>
                <w:i/>
                <w:sz w:val="15"/>
              </w:rPr>
              <w:t>* niewłaściwe skreślić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D155AC" w:rsidRPr="00BF03AA" w14:paraId="3BA2ED09" w14:textId="77777777" w:rsidTr="008D4240">
              <w:trPr>
                <w:jc w:val="center"/>
              </w:trPr>
              <w:tc>
                <w:tcPr>
                  <w:tcW w:w="4608" w:type="dxa"/>
                </w:tcPr>
                <w:p w14:paraId="3E1498CA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Miejscowość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>, data</w:t>
                  </w:r>
                </w:p>
              </w:tc>
              <w:tc>
                <w:tcPr>
                  <w:tcW w:w="4608" w:type="dxa"/>
                </w:tcPr>
                <w:p w14:paraId="37365D38" w14:textId="77777777" w:rsidR="00D155AC" w:rsidRPr="00BF03AA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</w:rPr>
                  </w:pPr>
                  <w:r w:rsidRPr="00BF03AA">
                    <w:rPr>
                      <w:rFonts w:ascii="Arial" w:hAnsi="Arial"/>
                      <w:sz w:val="16"/>
                    </w:rPr>
                    <w:t>. . . . . . . . . . . . . . . . . . . . . . . . . . . . . . .</w:t>
                  </w:r>
                  <w:r w:rsidRPr="00BF03AA">
                    <w:rPr>
                      <w:rFonts w:ascii="Arial" w:hAnsi="Arial"/>
                      <w:sz w:val="16"/>
                    </w:rPr>
                    <w:br/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Podpis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rodzica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/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opiekuna</w:t>
                  </w:r>
                  <w:proofErr w:type="spellEnd"/>
                  <w:r w:rsidRPr="00BF03AA">
                    <w:rPr>
                      <w:rFonts w:ascii="Arial" w:hAnsi="Arial"/>
                      <w:sz w:val="16"/>
                    </w:rPr>
                    <w:t xml:space="preserve"> </w:t>
                  </w:r>
                  <w:proofErr w:type="spellStart"/>
                  <w:r w:rsidRPr="00BF03AA">
                    <w:rPr>
                      <w:rFonts w:ascii="Arial" w:hAnsi="Arial"/>
                      <w:sz w:val="16"/>
                    </w:rPr>
                    <w:t>prawnego</w:t>
                  </w:r>
                  <w:proofErr w:type="spellEnd"/>
                </w:p>
              </w:tc>
            </w:tr>
          </w:tbl>
          <w:p w14:paraId="746C34E1" w14:textId="77777777" w:rsidR="00D155AC" w:rsidRPr="00BF03AA" w:rsidRDefault="00D155AC" w:rsidP="00D155AC">
            <w:pPr>
              <w:spacing w:after="20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7EACC0C0" w14:textId="77777777" w:rsidR="00D155AC" w:rsidRPr="00D155AC" w:rsidRDefault="00D155AC" w:rsidP="00D155AC">
      <w:pPr>
        <w:spacing w:after="120" w:line="276" w:lineRule="auto"/>
        <w:rPr>
          <w:rFonts w:asciiTheme="minorHAnsi" w:hAnsiTheme="minorHAnsi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D155AC" w:rsidRPr="00D155AC" w14:paraId="1C55FDF4" w14:textId="77777777" w:rsidTr="008D4240">
        <w:trPr>
          <w:jc w:val="center"/>
        </w:trPr>
        <w:tc>
          <w:tcPr>
            <w:tcW w:w="10224" w:type="dxa"/>
            <w:tcBorders>
              <w:top w:val="dashed" w:sz="6" w:space="0" w:color="94A3B8"/>
              <w:left w:val="dashed" w:sz="6" w:space="0" w:color="94A3B8"/>
              <w:bottom w:val="dashed" w:sz="6" w:space="0" w:color="94A3B8"/>
              <w:right w:val="dashed" w:sz="6" w:space="0" w:color="94A3B8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6B795D" w14:textId="77777777" w:rsidR="00D155AC" w:rsidRPr="00D155AC" w:rsidRDefault="00D155AC" w:rsidP="00D155AC">
            <w:pPr>
              <w:spacing w:after="40" w:line="276" w:lineRule="auto"/>
              <w:rPr>
                <w:rFonts w:ascii="Arial" w:hAnsi="Arial"/>
                <w:b/>
                <w:sz w:val="17"/>
                <w:lang w:val="pl-PL"/>
              </w:rPr>
            </w:pPr>
            <w:r w:rsidRPr="00D155AC">
              <w:rPr>
                <w:rFonts w:ascii="Arial" w:hAnsi="Arial"/>
                <w:b/>
                <w:sz w:val="17"/>
                <w:lang w:val="pl-PL"/>
              </w:rPr>
              <w:t>DECYZJA KWALIFIKACYJNA / UWAGI SZKOŁY (wypełnia szkoła):</w:t>
            </w:r>
          </w:p>
          <w:p w14:paraId="6A1BC91D" w14:textId="77777777" w:rsidR="00D155AC" w:rsidRPr="00D155AC" w:rsidRDefault="00D155AC" w:rsidP="00D155AC">
            <w:pPr>
              <w:spacing w:after="40" w:line="276" w:lineRule="auto"/>
              <w:rPr>
                <w:rFonts w:asciiTheme="minorHAnsi" w:hAnsiTheme="minorHAnsi"/>
                <w:sz w:val="22"/>
                <w:lang w:val="pl-PL"/>
              </w:rPr>
            </w:pPr>
          </w:p>
          <w:p w14:paraId="493B4131" w14:textId="0D2426A0" w:rsidR="00D155AC" w:rsidRPr="00D155AC" w:rsidRDefault="00D155AC" w:rsidP="00D155AC">
            <w:pPr>
              <w:spacing w:after="240" w:line="276" w:lineRule="auto"/>
              <w:rPr>
                <w:rFonts w:ascii="Arial" w:hAnsi="Arial"/>
                <w:sz w:val="22"/>
                <w:lang w:val="pl-PL"/>
              </w:rPr>
            </w:pPr>
            <w:r w:rsidRPr="00D155AC">
              <w:rPr>
                <w:rFonts w:ascii="Arial" w:hAnsi="Arial"/>
                <w:sz w:val="22"/>
                <w:lang w:val="pl-PL"/>
              </w:rPr>
              <w:t>Dziecko zostało / nie zostało kwalifikowane do świetlicy szkolnej na rok szkolny 20.... / 20....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D155AC" w:rsidRPr="00D155AC" w14:paraId="41B58608" w14:textId="77777777" w:rsidTr="008D4240">
              <w:trPr>
                <w:jc w:val="center"/>
              </w:trPr>
              <w:tc>
                <w:tcPr>
                  <w:tcW w:w="4608" w:type="dxa"/>
                </w:tcPr>
                <w:p w14:paraId="0140D11E" w14:textId="77777777" w:rsidR="00D155AC" w:rsidRPr="00A80747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  <w:lang w:val="pl-PL"/>
                    </w:rPr>
                  </w:pPr>
                  <w:r w:rsidRPr="00A80747">
                    <w:rPr>
                      <w:rFonts w:ascii="Arial" w:hAnsi="Arial"/>
                      <w:sz w:val="16"/>
                      <w:lang w:val="pl-PL"/>
                    </w:rPr>
                    <w:t>. . . . . . . . . . . . . . . . . . . . . . . . . . . . . . .</w:t>
                  </w:r>
                  <w:r w:rsidRPr="00A80747">
                    <w:rPr>
                      <w:rFonts w:ascii="Arial" w:hAnsi="Arial"/>
                      <w:sz w:val="16"/>
                      <w:lang w:val="pl-PL"/>
                    </w:rPr>
                    <w:br/>
                    <w:t>Data i podpis wychowawcy świetlicy</w:t>
                  </w:r>
                </w:p>
              </w:tc>
              <w:tc>
                <w:tcPr>
                  <w:tcW w:w="4608" w:type="dxa"/>
                </w:tcPr>
                <w:p w14:paraId="2EA316FC" w14:textId="77777777" w:rsidR="00D155AC" w:rsidRPr="00A80747" w:rsidRDefault="00D155AC" w:rsidP="00D155AC">
                  <w:pPr>
                    <w:spacing w:after="200" w:line="276" w:lineRule="auto"/>
                    <w:jc w:val="center"/>
                    <w:rPr>
                      <w:rFonts w:asciiTheme="minorHAnsi" w:hAnsiTheme="minorHAnsi"/>
                      <w:sz w:val="22"/>
                      <w:lang w:val="pl-PL"/>
                    </w:rPr>
                  </w:pPr>
                  <w:r w:rsidRPr="00A80747">
                    <w:rPr>
                      <w:rFonts w:ascii="Arial" w:hAnsi="Arial"/>
                      <w:sz w:val="16"/>
                      <w:lang w:val="pl-PL"/>
                    </w:rPr>
                    <w:t>. . . . . . . . . . . . . . . . . . . . . . . . . . . . . . .</w:t>
                  </w:r>
                  <w:r w:rsidRPr="00A80747">
                    <w:rPr>
                      <w:rFonts w:ascii="Arial" w:hAnsi="Arial"/>
                      <w:sz w:val="16"/>
                      <w:lang w:val="pl-PL"/>
                    </w:rPr>
                    <w:br/>
                    <w:t>Data i podpis Dyrektora Szkoły</w:t>
                  </w:r>
                </w:p>
              </w:tc>
            </w:tr>
          </w:tbl>
          <w:p w14:paraId="6BE3C6FE" w14:textId="77777777" w:rsidR="00D155AC" w:rsidRPr="00D155AC" w:rsidRDefault="00D155AC" w:rsidP="00D155AC">
            <w:pPr>
              <w:spacing w:after="200" w:line="276" w:lineRule="auto"/>
              <w:rPr>
                <w:rFonts w:asciiTheme="minorHAnsi" w:hAnsiTheme="minorHAnsi"/>
                <w:sz w:val="22"/>
                <w:lang w:val="pl-PL"/>
              </w:rPr>
            </w:pPr>
          </w:p>
        </w:tc>
      </w:tr>
    </w:tbl>
    <w:p w14:paraId="6DA52DD2" w14:textId="6B91CB08" w:rsidR="00AC3325" w:rsidRPr="0040473D" w:rsidRDefault="00AC3325">
      <w:pPr>
        <w:spacing w:after="0"/>
        <w:rPr>
          <w:rFonts w:ascii="Times New Roman" w:hAnsi="Times New Roman" w:cs="Times New Roman"/>
          <w:lang w:val="pl-PL"/>
        </w:rPr>
      </w:pPr>
    </w:p>
    <w:sectPr w:rsidR="00AC3325" w:rsidRPr="0040473D" w:rsidSect="00D155AC">
      <w:footerReference w:type="default" r:id="rId9"/>
      <w:pgSz w:w="11906" w:h="16838" w:code="9"/>
      <w:pgMar w:top="426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F0D5" w14:textId="77777777" w:rsidR="00851E30" w:rsidRDefault="00851E30">
      <w:pPr>
        <w:spacing w:after="0" w:line="240" w:lineRule="auto"/>
      </w:pPr>
      <w:r>
        <w:separator/>
      </w:r>
    </w:p>
  </w:endnote>
  <w:endnote w:type="continuationSeparator" w:id="0">
    <w:p w14:paraId="62393945" w14:textId="77777777" w:rsidR="00851E30" w:rsidRDefault="0085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D0D7" w14:textId="753673A0" w:rsidR="00AC3325" w:rsidRDefault="00AC332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9624" w14:textId="77777777" w:rsidR="00851E30" w:rsidRDefault="00851E30">
      <w:pPr>
        <w:spacing w:after="0" w:line="240" w:lineRule="auto"/>
      </w:pPr>
      <w:r>
        <w:separator/>
      </w:r>
    </w:p>
  </w:footnote>
  <w:footnote w:type="continuationSeparator" w:id="0">
    <w:p w14:paraId="3703E429" w14:textId="77777777" w:rsidR="00851E30" w:rsidRDefault="00851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5047709">
    <w:abstractNumId w:val="8"/>
  </w:num>
  <w:num w:numId="2" w16cid:durableId="1188833702">
    <w:abstractNumId w:val="6"/>
  </w:num>
  <w:num w:numId="3" w16cid:durableId="2092190384">
    <w:abstractNumId w:val="5"/>
  </w:num>
  <w:num w:numId="4" w16cid:durableId="304437343">
    <w:abstractNumId w:val="4"/>
  </w:num>
  <w:num w:numId="5" w16cid:durableId="643777354">
    <w:abstractNumId w:val="7"/>
  </w:num>
  <w:num w:numId="6" w16cid:durableId="2065789655">
    <w:abstractNumId w:val="3"/>
  </w:num>
  <w:num w:numId="7" w16cid:durableId="903372768">
    <w:abstractNumId w:val="2"/>
  </w:num>
  <w:num w:numId="8" w16cid:durableId="1172600405">
    <w:abstractNumId w:val="1"/>
  </w:num>
  <w:num w:numId="9" w16cid:durableId="55990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844"/>
    <w:rsid w:val="0006063C"/>
    <w:rsid w:val="000843BA"/>
    <w:rsid w:val="000B637A"/>
    <w:rsid w:val="0015074B"/>
    <w:rsid w:val="001D3342"/>
    <w:rsid w:val="00233862"/>
    <w:rsid w:val="002537FF"/>
    <w:rsid w:val="002702D6"/>
    <w:rsid w:val="0029639D"/>
    <w:rsid w:val="002B0CCC"/>
    <w:rsid w:val="002D332B"/>
    <w:rsid w:val="00326F90"/>
    <w:rsid w:val="0040473D"/>
    <w:rsid w:val="0048623F"/>
    <w:rsid w:val="00510B83"/>
    <w:rsid w:val="00630951"/>
    <w:rsid w:val="006C411F"/>
    <w:rsid w:val="007D3C39"/>
    <w:rsid w:val="00851E30"/>
    <w:rsid w:val="009B5E3C"/>
    <w:rsid w:val="00A80747"/>
    <w:rsid w:val="00AA1D8D"/>
    <w:rsid w:val="00AC3325"/>
    <w:rsid w:val="00B06C17"/>
    <w:rsid w:val="00B47730"/>
    <w:rsid w:val="00BC2E4A"/>
    <w:rsid w:val="00BF03AA"/>
    <w:rsid w:val="00C2095E"/>
    <w:rsid w:val="00C531C5"/>
    <w:rsid w:val="00CB0664"/>
    <w:rsid w:val="00D13615"/>
    <w:rsid w:val="00D155AC"/>
    <w:rsid w:val="00EC76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4A442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60"/>
    </w:pPr>
    <w:rPr>
      <w:rFonts w:ascii="Aptos" w:hAnsi="Aptos"/>
      <w:color w:val="666666"/>
      <w:sz w:val="17"/>
    </w:rPr>
  </w:style>
  <w:style w:type="table" w:customStyle="1" w:styleId="TableGrid">
    <w:name w:val="TableGrid"/>
    <w:rsid w:val="00C531C5"/>
    <w:pPr>
      <w:spacing w:after="0" w:line="240" w:lineRule="auto"/>
    </w:pPr>
    <w:rPr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keywords/>
  <cp:lastModifiedBy>Izabela Borkowska</cp:lastModifiedBy>
  <cp:revision>2</cp:revision>
  <cp:lastPrinted>2026-08-26T12:00:00Z</cp:lastPrinted>
  <dcterms:created xsi:type="dcterms:W3CDTF">2026-08-26T12:02:00Z</dcterms:created>
  <dcterms:modified xsi:type="dcterms:W3CDTF">2026-08-26T12:02:00Z</dcterms:modified>
  <cp:category/>
</cp:coreProperties>
</file>